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ביטויים ושמות יישובים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משמעות של ביטויים נפוצים בשפה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מקור שמותיהם של כמה יישובים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בביטויים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פירוש הביטוי?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להתחיל שיחה ולהסיר 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להתעלם מבעיה ולא להתמודד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 להתקדם למרות מאמץ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ביטוי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(משימה קשה מאוד להצלחה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(להתרברב ולהתבלט)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להחליט לאף צד)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(לגלות סוד אישי שהוסתר)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נכון: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תל מסמל עיר עתיקה ואביב מסמל התחדשות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השם קשור למילה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עם 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שמשתמש נכון בביטוי בהקשר של פתיחת 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ביטוי כלשהו מהדף עם 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המושבה הציונית הראשונה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כהכנה למשחק המרוץ הכיתתי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קטנות כדי לעודד דיון על משמעות הביטויים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השאלות המסומנות כקשות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ביטויים ושמות יישובים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מתרגל את תוכן משחק המרוץ הכיתתי לשבוע השפה העברית: משמעות של ביטויים ושל שמות יישובים.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שחת  ·  קלפים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פירוש הביטוי?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הביטוי 'לשבור את הקרח'?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לקרר משקה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להתחיל שיחה ולהסיר מתח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לשבור חפץ קפוא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הביטוי 'לקבור את הראש בחול'?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להתעלם מבעיה ולא להתמודד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לחפור בחוף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ללכת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פירוש הביטוי 'לדרוך במקום'?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לרקוד ריקוד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להתקדם למרות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לעמוד על רגל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ביטוי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לשבור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להתרברב ולהתבלט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לעשות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להחליט לאף צד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לשבת על הגדר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לגלות סוד אישי שהוסתר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לצאת מהארון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משימה קשה מאוד להצלחה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לשים __________ על השולחן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לחפש מחט בערימת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נכון: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העיר תל אביב מורכב מהמילים 'תל' ו'אביב', ומסמל ישן וחדש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השם ירושלים פירושו בעברית 'עיר המלחמה'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עם 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שבו תשתמשו בביטוי 'לשבור את הקרח'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ביטוי אחד שלמדתם ואת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השם 'ראשון לציון'?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ביטויים ושמות יישובים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