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ביטויים ושמות יישובים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משמעות של ביטויים נפוצים בשפה העברית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מקור שמותיהם של כמה יישובים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בביטויים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פירוש הביטוי?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להתחיל שיחה ולהסיר מתח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להתעלם מבעיה ולא להתמודד איתה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לדבר בכנות ולגלות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לנסות למצוא דבר שקשה מאוד למצוא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לא להתקדם למרות מאמץ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להישבע ולהיות 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ביטוי למשמעות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(משימה קשה מאוד להצלחה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(להתרברב ולהתבלט)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(לא להחליט לאף צד)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(לגלות סוד אישי שהוסתר)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(להרגיש תסכול מניסיון שלא מצליח)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הביטוי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נכון: שמות יישובים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תל מסמל עיר עתיקה ואביב מסמל התחדשות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השם קשור למילה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כמה הסברים הקשורים למילים באר ושבע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השם לזכר שמונה שנפלו בהגנה על תל 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היא אכן אחת המושבות הראשונות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השם פירושו שער של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עם ביטויים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שמשתמש נכון בביטוי בהקשר של פתיחת 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הייתה המושבה הציונית הראשונה בארץ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סיפור קצר והגיוני שמשלב נכון את הביטוי שנבחר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ביטוי כלשהו מהדף עם הסבר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המושבה הציונית הראשונה בארץ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כהכנה למשחק המרוץ הכיתתי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לקבוצות קטנות כדי לעודד דיון על משמעות הביטויים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השאלות המסומנות כקשות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ביטויים ושמות יישובים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ביטויים בעברית ושמות של ערים ומקומות בישראל.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ביטוי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מילים קבוע עם משמעות מיוחדת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מגורים כמו עיר, מושב או קיבוץ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שבוע השפה העברית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 מיוחד לחגוג ולתרגל את העברית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בונוס מהירות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נקודות נוספות על תשובה נכונה ומהירה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עממי שמשמש בשפה היומיומית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אטימולוגיה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חקר מקור ההתפתחות של מילים ושמות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מה פירוש הביטוי?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'לשבור את הקרח'?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לקרר משקה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להתחיל שיחה ולהסיר מתח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לשבור חפץ קפוא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לצאת לשחות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'לקבור את הראש בחול'?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להתעלם מבעיה ולא להתמודד איתה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לחפור בחוף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ללכת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לאבד חפץ בחול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'לשים את הקלפים על השולחן'?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לשחק קלפים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לדבר בכנות ולגלות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להסתיר סוד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לנצח במשחק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'לחפש מחט בערימת שחת'?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לתפור בגד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לנסות למצוא דבר שקשה מאוד למצוא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לקצור שדה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לאבד מחט תפירה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 של 'לדרוך במקום'?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לרקוד ריקוד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להתקדם למרות מאמץ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לעמוד על רגל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ללכת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המשמעות של 'לשים יד על הלב'?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לרקוד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להישבע ולהיות 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לחבק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לנוח מהעבודה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ביטוי למשמעות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לשבור שיניים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לגלות סוד אישי שהוסתר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לעשות 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משימה קשה מאוד להצלחה 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לשבת על הגדר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להתרברב ולהתבלט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לצאת מהארון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להרגיש תסכול מניסיון שלא מצליח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לדפוק את הראש בקיר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להחליט לאף צד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הביטוי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לשים __________ על השולחן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לחפש מחט בערימת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לשבור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לקבור את ה__________ בחול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לדפוק את הראש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נכון: שמות 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העיר תל אביב מורכב מהמילים 'תל' ו'אביב', ומסמל ישן וחדש 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ירושלים פירושו בעברית 'עיר המלחמה'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העיר באר שבע נקראת כך בעקבות סיפור על באר ושבועה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קריית שמונה נקראת כך על שם שמונה הרים שמסביבה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ראשון לציון נקראת כך כי הייתה המושבה הציונית הראשונה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פתח תקווה פירושו 'שער של עצב וייאוש'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עם ביטויים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שבו תשתמשו בביטוי 'לשבור את הקרח'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מדוע לדעתכם קראו לעיר 'ראשון לציון' בשם הזה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ביטוי אחד מהדף וכתבו סיפור קצר של 2-3 משפטים שמשתמש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ביטוי אחד שלמדתם ואת 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השם 'ראשון לציון'?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'לשבור את ה___'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ביטויים ושמות יישובים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