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ביטויים נפוצים בשפה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שמותיהם של כמה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בביטויים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הביטוי?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ולהסיר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להתעלם מבעיה ולא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לדבר בכנות ולגלות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לנסות למצוא דבר שקשה מאוד למצוא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להתקדם למרות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להישבע ולהיות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ביטוי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קשה מאוד להצלחה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(להתרברב ולהתבלט)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להחליט לאף 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(לגלות סוד אישי שהוסתר)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(להרגיש תסכול מניסיון שלא מצליח)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נכון: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תל מסמל עיר עתיקה ואביב מסמל התחדשות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השם קשור למילה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הסברים הקשורים למילים באר ושבע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השם לזכר שמונה שנפלו בהגנה על תל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אכן אחת המושבות הראשונות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השם פירושו שער של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בביטוי בהקשר של פתיחת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הייתה המושבה הציונית הראשונה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והגיוני שמשלב נכון את הביטוי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כלשהו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המושבה הציונית הראשונה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למשחק המרוץ הכיתתי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לעודד דיון על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תוכן משחק המרוץ הכיתתי לשבוע השפה העברית: משמעות של ביטויים ושל שמות יישובים.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פירוש הביטוי?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הביטוי 'לשבור את הקרח'?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לקרר משקה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שיחה ולהסיר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לשחות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'לקבור את הראש בחול'?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מבעיה ולא להתמודד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לחפור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לאבד חפץ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הביטוי 'לשים את הקלפים על השולחן'?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קלפים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בכנות ולגלות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לנצח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הביטוי 'לחפש מחט בערימת שחת'?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לתפור בגד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למצוא דבר שקשה מאוד למצוא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לקצור 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לאבד מחט תפירה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הביטוי 'לדרוך במקום'?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ריקוד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להתקדם למרות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לעמוד על רגל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הביטוי 'לשים יד על הלב'?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להישבע ולהיות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לחבק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לנוח מהעבודה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ביטוי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להתרברב ולהתבלט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לעשות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להחליט לאף 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להרגיש תסכול מניסיון שלא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לצאת מהארון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משימה קשה מאוד להצלחה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לדפוק את הראש בקיר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לגלות סוד אישי שהוסתר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לשים __________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לחפש מחט בערימת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לשבור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לקבור את ה__________ בחול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לדפוק את הראש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נכון: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העיר תל אביב מורכב מהמילים 'תל' ו'אביב', ומסמל ישן וחדש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ירושלים פירושו בעברית 'עיר המלחמה'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באר שבע נקראת כך בעקבות סיפור על באר ושבועה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קריית שמונה נקראת כך על שם שמונה הרים שמסביבה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ראשון לציון נקראת כך כי הייתה המושבה הציונית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פתח תקווה פירושו 'שער של עצב וייאוש'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בביטוי 'לשבור את הקרח'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לדעתכם קראו לעיר 'ראשון לציון' בשם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ביטוי אחד מהדף וכתבו סיפור קצר של 2-3 משפטים שמשתמש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שלמדתם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'ראשון לציון'?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'לשבור את ה___'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ושמות יישובים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